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股东与董事 KYC 表（含 UBO 声明）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Shareholder &amp; Director KYC (incl. UBO)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表单编号：SU-FORM-AE-05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DED/银行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含最终受益人（UBO）声明，尽调必备。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股东/董事姓名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国籍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护照号码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持股比例（%）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最终受益人声明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住址证明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随附：（随附材料）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