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ADGM 注册申请表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ADGM Registration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ADGM 注册局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英文办理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阿布扎比全球市场（普通法辖区）公司注册，英文办理。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Company Name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Legal Form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Ltd/SPV/Branch：____________________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Proposed Activities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Share Capital (USD)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Registered Address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Directors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Applicant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Date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