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DIFC 设立申请表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DIFC Establishment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表单编号：SU-FORM-AE-08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DIFC 公司注册处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阿联酋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英文办理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迪拜国际金融中心公司设立，英文办理。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Company Name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Company Type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Private/Public/Branch：____________________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Principal Business Activity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Share Capital (USD)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Directors &amp; Officers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Applicant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Date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