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80" w:line="312" w:lineRule="auto"/>
        <w:jc w:val="center"/>
      </w:pPr>
      <w:r>
        <w:rPr>
          <w:rFonts w:ascii="思源黑体 CN" w:hAnsi="思源黑体 CN" w:eastAsia="思源黑体 CN"/>
          <w:b/>
          <w:color w:val="0B2E4F"/>
          <w:sz w:val="44"/>
        </w:rPr>
        <w:t>工作许可与居留签资料表</w:t>
      </w:r>
    </w:p>
    <w:p>
      <w:pPr>
        <w:spacing w:before="0" w:after="4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4"/>
        </w:rPr>
        <w:t>Work Permit &amp; Residence Visa</w:t>
      </w:r>
    </w:p>
    <w:p>
      <w:pPr>
        <w:spacing w:before="0" w:after="28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1"/>
        </w:rPr>
        <w:t>表单编号：SU-FORM-AE-13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92"/>
        <w:gridCol w:w="4592"/>
      </w:tblGrid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办理机构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MOHRE + GDRFA/ICP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所属地区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阿联酋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事项类型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人力与签证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办理方式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线上提交线下核验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认证要求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需认证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语言版本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中文/英文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来源类型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官方原版</w:t>
            </w:r>
          </w:p>
        </w:tc>
      </w:tr>
    </w:tbl>
    <w:p>
      <w:pPr>
        <w:spacing w:before="0" w:after="40" w:line="312" w:lineRule="auto"/>
      </w:pPr>
    </w:p>
    <w:p>
      <w:pPr>
        <w:spacing w:before="120" w:after="60" w:line="312" w:lineRule="auto"/>
      </w:pPr>
      <w:r>
        <w:rPr>
          <w:rFonts w:ascii="思源黑体 CN" w:hAnsi="思源黑体 CN" w:eastAsia="思源黑体 CN"/>
          <w:b/>
          <w:color w:val="0B2E4F"/>
          <w:sz w:val="24"/>
        </w:rPr>
        <w:t>填写说明</w:t>
      </w:r>
    </w:p>
    <w:p>
      <w:pPr>
        <w:spacing w:before="0" w:after="200" w:line="312" w:lineRule="auto"/>
      </w:pPr>
      <w:r>
        <w:rPr>
          <w:rFonts w:ascii="思源黑体 CN" w:hAnsi="思源黑体 CN" w:eastAsia="思源黑体 CN"/>
          <w:b w:val="0"/>
          <w:color w:val="5A6675"/>
          <w:sz w:val="22"/>
        </w:rPr>
        <w:t>学历证书需使馆认证，工作许可与居留签分别办理。</w:t>
      </w:r>
    </w:p>
    <w:p>
      <w:pPr>
        <w:spacing w:before="120" w:after="60" w:line="312" w:lineRule="auto"/>
      </w:pPr>
      <w:r>
        <w:rPr>
          <w:rFonts w:ascii="思源黑体 CN" w:hAnsi="思源黑体 CN" w:eastAsia="思源黑体 CN"/>
          <w:b/>
          <w:color w:val="0B2E4F"/>
          <w:sz w:val="24"/>
        </w:rPr>
        <w:t>填报内容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61"/>
        <w:gridCol w:w="3061"/>
        <w:gridCol w:w="3061"/>
      </w:tblGrid>
      <w:tr>
        <w:tc>
          <w:tcPr>
            <w:tcW w:type="dxa" w:w="737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序号</w:t>
            </w:r>
          </w:p>
        </w:tc>
        <w:tc>
          <w:tcPr>
            <w:tcW w:type="dxa" w:w="2835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填写项目</w:t>
            </w:r>
          </w:p>
        </w:tc>
        <w:tc>
          <w:tcPr>
            <w:tcW w:type="dxa" w:w="4479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填写内容 / 勾选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1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申请人姓名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2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国籍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3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护照号码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4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护照有效期至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______年____月____日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5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学历证书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□ 已认证/待认证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6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拟任职岗位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7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雇主名称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8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材料核对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□ 护照/学历/照片/体检/雇佣合同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9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日期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______年____月____日</w:t>
            </w:r>
          </w:p>
        </w:tc>
      </w:tr>
    </w:tbl>
    <w:p>
      <w:pPr>
        <w:spacing w:before="0" w:after="120" w:line="312" w:lineRule="auto"/>
      </w:pPr>
    </w:p>
    <w:p>
      <w:pPr>
        <w:spacing w:before="120" w:after="8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填表单位（盖章）：______________________</w:t>
      </w:r>
    </w:p>
    <w:p>
      <w:pPr>
        <w:spacing w:before="0" w:after="8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填表人：______________　　联系电话：______________</w:t>
      </w:r>
    </w:p>
    <w:p>
      <w:pPr>
        <w:spacing w:before="0" w:after="20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填表日期：______年____月____日</w:t>
      </w:r>
    </w:p>
    <w:p>
      <w:pPr>
        <w:spacing w:before="0" w:after="8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0"/>
        </w:rPr>
        <w:t>——</w:t>
      </w:r>
    </w:p>
    <w:p>
      <w:pPr>
        <w:spacing w:before="0" w:after="0" w:line="312" w:lineRule="auto"/>
      </w:pPr>
      <w:r>
        <w:rPr>
          <w:rFonts w:ascii="思源黑体 CN" w:hAnsi="思源黑体 CN" w:eastAsia="思源黑体 CN"/>
          <w:b w:val="0"/>
          <w:color w:val="5A6675"/>
          <w:sz w:val="18"/>
        </w:rPr>
        <w:t>本表单仅供参考使用，实际办理请以受理机构最新公布为准。标注「盛码模板」的文件由盛码数联（厦门）科技有限公司编制，不具官方效力。</w:t>
      </w:r>
    </w:p>
    <w:sectPr w:rsidR="00FC693F" w:rsidRPr="0006063C" w:rsidSect="00034616">
      <w:pgSz w:w="11906" w:h="16838"/>
      <w:pgMar w:top="1247" w:right="1361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思源黑体 CN" w:hAnsi="思源黑体 CN" w:eastAsia="思源黑体 C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