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境外投资真实性承诺函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Overseas Investment Authenticity Undertaking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表单编号：SU-FORM-CN-08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发改委/商务/银行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中国境内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需公章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由法定代表人签字并加盖公章，承诺投资真实合规。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企业名称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统一社会信用代码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投资项目名称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承诺事项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投资真实/资金合规/未虚构项目/信息真实准确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法定代表人签字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