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领事认证/附加证明书申请表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Consular Legalization/Apostille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外交部/地方外办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公证与认证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海牙公约成员国可使用附加证明书（Apostille）替代领事认证。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申请人名称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文件用途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使用国别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是否海牙成员国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领事认证/附加证明书/海牙认证：____________________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联系电话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