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海牙认证（Apostille）办理清单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Apostille Processing Checklist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表单编号：SU-FORM-GN-06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成员国适用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通用文件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公证与认证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盛码模板，适用于海牙公约成员国。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文件名称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文件用途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使用国（海牙成员国）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是否已公证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是/否：____________________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受理机构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材料核对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原件/公证书/翻译件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