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章程翻译与核对表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Articles Translation &amp; Verification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表单编号：SU-FORM-GN-07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阿语正本准备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通用文件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公证与认证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需翻译机构盖章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中文/阿拉伯语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盛码模板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章程翻译与核对，阿语正本须翻译机构盖章。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文件名称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翻译语种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阿拉伯语/英语/其他：____________________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翻译机构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翻译机构盖章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□ 已盖/待盖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核对要点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核对人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