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20" w:after="80" w:line="312" w:lineRule="auto"/>
        <w:jc w:val="center"/>
      </w:pPr>
      <w:r>
        <w:rPr>
          <w:rFonts w:ascii="思源黑体 CN" w:hAnsi="思源黑体 CN" w:eastAsia="思源黑体 CN"/>
          <w:b/>
          <w:color w:val="0B2E4F"/>
          <w:sz w:val="44"/>
        </w:rPr>
        <w:t>场地考察与选址评估表</w:t>
      </w:r>
    </w:p>
    <w:p>
      <w:pPr>
        <w:spacing w:before="0" w:after="40" w:line="312" w:lineRule="auto"/>
        <w:jc w:val="center"/>
      </w:pPr>
      <w:r>
        <w:rPr>
          <w:rFonts w:ascii="思源黑体 CN" w:hAnsi="思源黑体 CN" w:eastAsia="思源黑体 CN"/>
          <w:b w:val="0"/>
          <w:color w:val="5A6675"/>
          <w:sz w:val="24"/>
        </w:rPr>
        <w:t>Site Inspection &amp; Location Assessment</w:t>
      </w:r>
    </w:p>
    <w:p>
      <w:pPr>
        <w:spacing w:before="0" w:after="280" w:line="312" w:lineRule="auto"/>
        <w:jc w:val="center"/>
      </w:pPr>
      <w:r>
        <w:rPr>
          <w:rFonts w:ascii="思源黑体 CN" w:hAnsi="思源黑体 CN" w:eastAsia="思源黑体 CN"/>
          <w:b w:val="0"/>
          <w:color w:val="5A6675"/>
          <w:sz w:val="21"/>
        </w:rPr>
        <w:t>表单编号：SU-FORM-GN-10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592"/>
        <w:gridCol w:w="4592"/>
      </w:tblGrid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办理机构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落户准备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所属地区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通用文件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事项类型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场地与物业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办理方式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线下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认证要求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盛码模板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语言版本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中文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来源类型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盛码模板</w:t>
            </w:r>
          </w:p>
        </w:tc>
      </w:tr>
    </w:tbl>
    <w:p>
      <w:pPr>
        <w:spacing w:before="0" w:after="40" w:line="312" w:lineRule="auto"/>
      </w:pPr>
    </w:p>
    <w:p>
      <w:pPr>
        <w:spacing w:before="120" w:after="60" w:line="312" w:lineRule="auto"/>
      </w:pPr>
      <w:r>
        <w:rPr>
          <w:rFonts w:ascii="思源黑体 CN" w:hAnsi="思源黑体 CN" w:eastAsia="思源黑体 CN"/>
          <w:b/>
          <w:color w:val="0B2E4F"/>
          <w:sz w:val="24"/>
        </w:rPr>
        <w:t>填写说明</w:t>
      </w:r>
    </w:p>
    <w:p>
      <w:pPr>
        <w:spacing w:before="0" w:after="200" w:line="312" w:lineRule="auto"/>
      </w:pPr>
      <w:r>
        <w:rPr>
          <w:rFonts w:ascii="思源黑体 CN" w:hAnsi="思源黑体 CN" w:eastAsia="思源黑体 CN"/>
          <w:b w:val="0"/>
          <w:color w:val="5A6675"/>
          <w:sz w:val="22"/>
        </w:rPr>
        <w:t>盛码模板，落户前场地考察与选址评估。</w:t>
      </w:r>
    </w:p>
    <w:p>
      <w:pPr>
        <w:spacing w:before="120" w:after="60" w:line="312" w:lineRule="auto"/>
      </w:pPr>
      <w:r>
        <w:rPr>
          <w:rFonts w:ascii="思源黑体 CN" w:hAnsi="思源黑体 CN" w:eastAsia="思源黑体 CN"/>
          <w:b/>
          <w:color w:val="0B2E4F"/>
          <w:sz w:val="24"/>
        </w:rPr>
        <w:t>填报内容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061"/>
        <w:gridCol w:w="3061"/>
        <w:gridCol w:w="3061"/>
      </w:tblGrid>
      <w:tr>
        <w:tc>
          <w:tcPr>
            <w:tcW w:type="dxa" w:w="737"/>
            <w:vAlign w:val="center"/>
            <w:shd w:val="clear" w:color="auto" w:fill="0B2E4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/>
                <w:color w:val="FFFFFF"/>
                <w:sz w:val="21"/>
              </w:rPr>
              <w:t>序号</w:t>
            </w:r>
          </w:p>
        </w:tc>
        <w:tc>
          <w:tcPr>
            <w:tcW w:type="dxa" w:w="2835"/>
            <w:vAlign w:val="center"/>
            <w:shd w:val="clear" w:color="auto" w:fill="0B2E4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/>
                <w:color w:val="FFFFFF"/>
                <w:sz w:val="21"/>
              </w:rPr>
              <w:t>填写项目</w:t>
            </w:r>
          </w:p>
        </w:tc>
        <w:tc>
          <w:tcPr>
            <w:tcW w:type="dxa" w:w="4479"/>
            <w:vAlign w:val="center"/>
            <w:shd w:val="clear" w:color="auto" w:fill="0B2E4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/>
                <w:color w:val="FFFFFF"/>
                <w:sz w:val="21"/>
              </w:rPr>
              <w:t>填写内容 / 勾选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1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目标国/城市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（填写文字）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2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候选场地1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（填写文字）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3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候选场地2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（填写文字）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4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评估维度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□ 区位交通/租金成本/配套成熟度/政策优惠/扩张空间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5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综合评分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1-5分：____________________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6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评估结论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（请详述，可附页）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7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评估人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（填写文字）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8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日期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______年____月____日</w:t>
            </w:r>
          </w:p>
        </w:tc>
      </w:tr>
    </w:tbl>
    <w:p>
      <w:pPr>
        <w:spacing w:before="0" w:after="120" w:line="312" w:lineRule="auto"/>
      </w:pPr>
    </w:p>
    <w:p>
      <w:pPr>
        <w:spacing w:before="120" w:after="80" w:line="312" w:lineRule="auto"/>
      </w:pPr>
      <w:r>
        <w:rPr>
          <w:rFonts w:ascii="思源黑体 CN" w:hAnsi="思源黑体 CN" w:eastAsia="思源黑体 CN"/>
          <w:b w:val="0"/>
          <w:color w:val="1A2230"/>
          <w:sz w:val="22"/>
        </w:rPr>
        <w:t>填表单位（盖章）：______________________</w:t>
      </w:r>
    </w:p>
    <w:p>
      <w:pPr>
        <w:spacing w:before="0" w:after="80" w:line="312" w:lineRule="auto"/>
      </w:pPr>
      <w:r>
        <w:rPr>
          <w:rFonts w:ascii="思源黑体 CN" w:hAnsi="思源黑体 CN" w:eastAsia="思源黑体 CN"/>
          <w:b w:val="0"/>
          <w:color w:val="1A2230"/>
          <w:sz w:val="22"/>
        </w:rPr>
        <w:t>填表人：______________　　联系电话：______________</w:t>
      </w:r>
    </w:p>
    <w:p>
      <w:pPr>
        <w:spacing w:before="0" w:after="200" w:line="312" w:lineRule="auto"/>
      </w:pPr>
      <w:r>
        <w:rPr>
          <w:rFonts w:ascii="思源黑体 CN" w:hAnsi="思源黑体 CN" w:eastAsia="思源黑体 CN"/>
          <w:b w:val="0"/>
          <w:color w:val="1A2230"/>
          <w:sz w:val="22"/>
        </w:rPr>
        <w:t>填表日期：______年____月____日</w:t>
      </w:r>
    </w:p>
    <w:p>
      <w:pPr>
        <w:spacing w:before="0" w:after="80" w:line="312" w:lineRule="auto"/>
        <w:jc w:val="center"/>
      </w:pPr>
      <w:r>
        <w:rPr>
          <w:rFonts w:ascii="思源黑体 CN" w:hAnsi="思源黑体 CN" w:eastAsia="思源黑体 CN"/>
          <w:b w:val="0"/>
          <w:color w:val="5A6675"/>
          <w:sz w:val="20"/>
        </w:rPr>
        <w:t>——</w:t>
      </w:r>
    </w:p>
    <w:p>
      <w:pPr>
        <w:spacing w:before="0" w:after="0" w:line="312" w:lineRule="auto"/>
      </w:pPr>
      <w:r>
        <w:rPr>
          <w:rFonts w:ascii="思源黑体 CN" w:hAnsi="思源黑体 CN" w:eastAsia="思源黑体 CN"/>
          <w:b w:val="0"/>
          <w:color w:val="5A6675"/>
          <w:sz w:val="18"/>
        </w:rPr>
        <w:t>本表单仅供参考使用，实际办理请以受理机构最新公布为准。标注「盛码模板」的文件由盛码数联（厦门）科技有限公司编制，不具官方效力。</w:t>
      </w:r>
    </w:p>
    <w:sectPr w:rsidR="00FC693F" w:rsidRPr="0006063C" w:rsidSect="00034616">
      <w:pgSz w:w="11906" w:h="16838"/>
      <w:pgMar w:top="1247" w:right="1361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思源黑体 CN" w:hAnsi="思源黑体 CN" w:eastAsia="思源黑体 C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