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文件核对清单（提交前自检）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Pre-submission Document Checklist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表单编号：SU-FORM-GN-11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防返工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通用文件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盛码模板，提交前自检，防止返工。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办理事项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目标国/机构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文件完整性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已核对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签字盖章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已核对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认证公证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已核对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已核对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待补材料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自检人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