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商业登记申请表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Commercial Registration (CR)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表单编号：SU-FORM-SA-02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沙特商务部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中文/阿拉伯语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商业登记证（CR）申请，阿语填写。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公司名称（阿语）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公司名称（英语）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法律形式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有限责任公司/股份公司/其他：____________________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注册资本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经营范围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股东信息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总经理信息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10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