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公司章程/合伙协议起草信息表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Articles of Association Drafting Form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表单编号：SU-FORM-SA-03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商务部（公证处见证）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沙特阿拉伯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主体设立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需公证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中文/阿拉伯语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官方原版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公司章程（AoA）起草所需信息，须阿语正本并公证。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公司名称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公司宗旨与经营范围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注册资本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（填写数字）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股东出资比例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董事会成员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利润分配约定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章程语言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阿拉伯语/英语/双语：____________________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8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签字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9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