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股东与董事 KYC 资料表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Shareholder &amp; Director KYC Form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表单编号：SU-FORM-SA-04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MISA/银行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沙特阿拉伯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主体设立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需公证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中文/英文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含最终受益人（UBO）信息，用于注册与开户尽调。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股东/董事姓名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国籍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护照/身份证明号码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出生日期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持股比例（%）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最终受益人（UBO）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住址证明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□ 随附：水电账单/租赁合同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签字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9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