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授权委托书（POA）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Power of Attorney (POA)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表单编号：SU-FORM-SA-05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沙特驻华使馆认证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公证与认证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需领事认证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中文/英文/阿拉伯语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委托属地代表办理设立事项，最常见返工项，务必认证齐全。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委托方（公司）名称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受托方姓名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受托方证件号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委托事项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授权期限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授权范围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全权/部分授权：____________________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委托人签字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