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公司名称预留申请表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Company Name Reservation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表单编号：SU-FORM-SA-07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沙特商务部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无需认证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中文/阿拉伯语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设立前预留公司名称。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拟用名称（阿语）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拟用名称（英语）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备选名称1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备选名称2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法律形式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有限责任公司/股份公司：____________________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申请人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