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纳税人识别号（TIN）登记表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Tax Identification Number Registration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表单编号：SU-FORM-SA-09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ZATCA 天课与税务总局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沙特阿拉伯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税务与财务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无需认证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税务登记，线上办理。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公司名称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商业登记证编号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注册地址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纳税人类型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企业/分支机构：____________________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财务负责人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联系邮箱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