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预扣税（WHT）登记表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Withholding Tax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ZATCA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向非居民支付服务费、股息等时涉及的预扣税登记。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TIN 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非居民收款方名称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支付类型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服务费/股息/利息/特许权使用费/其他：____________________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预扣税率（%）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支付金额（里亚尔）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