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企业劳工配额与平台注册资料表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Qiwa Labor Quota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Qiwa 平台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人力与签证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与沙特化（Nitaqat）比例挂钩的劳工平台注册。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业务领域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拟雇佣外籍员工岗位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沙特化目标比例（%）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