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沙特化（Nitaqat）合规自查表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Nitaqat Compliance Self-Check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表单编号：SU-FORM-SA-14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企业自备（盛码模板）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人力与签证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盛码模板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盛码模板，用于企业自查沙特化用工合规。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所在行业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企业规模等级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小型/中型/大型：____________________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沙特籍员工数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员工总数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沙特化比例（%）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是否达标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是/否：____________________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改进措施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