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产品符合性证书申请资料表（SABER/SASO）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SABER/SASO Conformity Certificate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SASO · SABER 平台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资质与许可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需检测报告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受监管产品须取得符合性证书方可进入沙特市场。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产品名称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HS编码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产品型号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制造商名称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测试报告编号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认证机构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技术参数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