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工作签证与居留（Iqama）办理资料清单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Work Visa &amp; Iqama Document Checklist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表单编号：SU-FORM-SA-20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MOFA/Absher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沙特阿拉伯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人力与签证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需认证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中文/英文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学历证书需认证，护照有效期须满足要求。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申请人姓名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国籍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护照号码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护照有效期至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学历证书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□ 已认证/待认证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拟任职岗位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雇佣合同编号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材料清单核对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□ 护照/学历/无犯罪证明/体检报告/合同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9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